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Krigeage ponctuel et du co-krigeage ponctuel et du co-krigeage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Talhi, Hamida/ Benmostefa, F.Z./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bibliogr_résume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du Krigeage/ base sur la géostaistique l/ </w:t>
            </w:r>
          </w:p>
        </w:tc>
      </w:tr>
    </w:tbl>
    <w:p>
      <w:pPr>
        <w:pStyle w:val="Heading3"/>
      </w:pPr>
      <w:r>
        <w:t>Résumé :</w:t>
      </w:r>
    </w:p>
    <w:p>
      <w:r>
        <w:t>des notions preliminaires et des outils de  géostatistique comme par exemple des notions de base sur la géostaistique linéaire , de hypothéses de base et enfin quelques rappels sur les variances et les matrices de varinces _covariances sont etudiées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