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cycles limites de quelques systemes polynomiaux par la methode la moyenne et etude de l'equation de lienar.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Touati; Fatima/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limite/ méthode de lamoyenne/ , système di¤érentiel/ solu-tion périodique/ bifurcation/ système de Liénard./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l.utilisation de la méthode de la moyenne dupremier et second ordre pour la détermination des cycles limites de certainssystèmes di¤érentiels polynomiaux, et aussi à l.application de la méthode dea moyenne de second ordre sur des systèmes di¤érentiels homogènes polyno-miaux d.ordre quatre ,ainsi qu.a la recherche des cycles limites de l.équationde Liénard en donnant de nouveaux critères pour l.existence et la non exis-</w:t>
        <w:br/>
        <w:br/>
        <w:t>tence de ces cycles limites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