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L'existence globale de la solution d'un systeme de reaction - 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Salah Derradji; Lylia/ universitie Badji mokhter/ Moumeni,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globale de la solution/ systeme de reaction _diffusion/ </w:t>
            </w:r>
          </w:p>
        </w:tc>
      </w:tr>
    </w:tbl>
    <w:p>
      <w:pPr>
        <w:pStyle w:val="Heading3"/>
      </w:pPr>
      <w:r>
        <w:t>Résumé :</w:t>
      </w:r>
    </w:p>
    <w:p>
      <w:r>
        <w:t>Notre étude , dans le présent mémoire consiste à généraliser la méthode de a . haraux - a youkana pour l'étude de l'existence globale de la soution du systéme (p1) , no_tre objectif étant d'affaiblir les condition sur la fonction 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