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cyceles limites des systémes de liénard et des systémes "prédateur _ proie"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Sellami; Nabil/ Makhlouf, Amar/ Universite Badji Mokhter/ </w:t>
            </w:r>
          </w:p>
        </w:tc>
      </w:tr>
      <w:tr>
        <w:trPr>
          <w:trHeight w:val="567"/>
        </w:trPr>
        <w:tc>
          <w:tcPr>
            <w:tcW w:type="dxa" w:w="3000"/>
          </w:tcPr>
          <w:p>
            <w:r>
              <w:t>Nombre de Pages</w:t>
            </w:r>
          </w:p>
        </w:tc>
        <w:tc>
          <w:tcPr>
            <w:tcW w:type="dxa" w:w="7000"/>
          </w:tcPr>
          <w:p>
            <w:r>
              <w:t>103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 résumé en français englais</w:t>
            </w:r>
          </w:p>
        </w:tc>
      </w:tr>
      <w:tr>
        <w:trPr>
          <w:trHeight w:val="567"/>
        </w:trPr>
        <w:tc>
          <w:tcPr>
            <w:tcW w:type="dxa" w:w="3000"/>
          </w:tcPr>
          <w:p>
            <w:r>
              <w:t>Diplôme</w:t>
            </w:r>
          </w:p>
        </w:tc>
        <w:tc>
          <w:tcPr>
            <w:tcW w:type="dxa" w:w="7000"/>
          </w:tcPr>
          <w:p>
            <w:r>
              <w:t>mathématique</w:t>
            </w:r>
          </w:p>
        </w:tc>
      </w:tr>
      <w:tr>
        <w:trPr>
          <w:trHeight w:val="567"/>
        </w:trPr>
        <w:tc>
          <w:tcPr>
            <w:tcW w:type="dxa" w:w="3000"/>
          </w:tcPr>
          <w:p>
            <w:r>
              <w:t>Etablissement</w:t>
            </w:r>
          </w:p>
        </w:tc>
        <w:tc>
          <w:tcPr>
            <w:tcW w:type="dxa" w:w="7000"/>
          </w:tcPr>
          <w:p>
            <w:r>
              <w:t>Annabe</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prédateur _ proie/ systémes de liénard/ </w:t>
            </w:r>
          </w:p>
        </w:tc>
      </w:tr>
    </w:tbl>
    <w:p>
      <w:pPr>
        <w:pStyle w:val="Heading3"/>
      </w:pPr>
      <w:r>
        <w:t>Résumé :</w:t>
      </w:r>
    </w:p>
    <w:p>
      <w:r>
        <w:t>On étudie l'existence et l'unicité des cycles limites des systémes de liénard et on donne quelques types de systémes qui sont transformabes en ce type de systémes on étudie aussi les cyles limites qui peuvent appararitre d'un foyer mulipe sous l'effet d'une perturbation du systéme , qui sont appelés cycles limites de faible amplitude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