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problemes de combinatoire autour de la phisique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Sebaa; Tidjani/ Université Houari Boumediene/ Uhry, J.P/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Nous  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problemes de combinatoire autou/ phisique statistique./ </w:t>
            </w:r>
          </w:p>
        </w:tc>
      </w:tr>
    </w:tbl>
    <w:p>
      <w:pPr>
        <w:pStyle w:val="Heading3"/>
      </w:pPr>
      <w:r>
        <w:t>Résumé :</w:t>
      </w:r>
    </w:p>
    <w:p>
      <w:r>
        <w:t>étudions un problémede physique statistique , celui dit du champ aléatoire .nous montrone qu'il est équivalent à un probléme de fiot maximum nous avons programmé ce probléme sur micro_oroinsteur , ce qui nous a permis de parire nos conneissances informatiques et de réaliser quelques simlations d'echantillons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