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statistique de données medicales bivariées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Tilbi; Djahida/ Seddik Ameur, 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résume en français englais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medicales bivariées/ Analyse statistique/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, nous nous intéressons à une analyse statistique de données médicales univariees mulivariées  dans les deux premiers chapitres de manuscrit , on rappelle les motions générales de la toi normale et de la théorie de l'échantillonnage . tandis que dans le chapitre 3 on développe certains tests classiques unidimensionnels et on introduit de nouveaux teste graphiques de normalité multidimesnsionnelle le test d'andrews et test de lhoste généralisé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