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Estimation de la moyenne commune de deux ou plusieurs populations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Smaili; Abdelhamid/ Université Houari Boumediene/ Rao, M.S/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S.p.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population/ moyenne commune/ </w:t>
            </w:r>
          </w:p>
        </w:tc>
      </w:tr>
    </w:tbl>
    <w:p>
      <w:pPr>
        <w:pStyle w:val="Heading3"/>
      </w:pPr>
      <w:r>
        <w:t>Résumé :</w:t>
      </w:r>
    </w:p>
    <w:p>
      <w:r>
        <w:t>Comme l'indique le titre de ce travail , il s'agit d'es timer la moyenne commune 0 ,de deux ou plusieure populatations (ri ,ui; phi ) ou hi =(0,oi , i =1.2....n) ou vu d'échantillon= xi =(xi1 ;xi2 ...xini et ou les paramétres ci ,i =i,.....n,sont inconnus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