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d'un systeme de convection doubl e_diffusive en milieu poreux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Nisse; Khhadidja/ Chibi, A.S/ Univrestie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résume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e_diffusive/ milieu poreux/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on montre l'existence de solutions  stationnares périodiques en espace  ,pour un systéme d'équations aux dériveés partielles non linéaires ,en convection double _diffusive , dans une bande de R2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