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Application de la méthode topologique a l'étude d'une classe d'equations elliptiques non coercives.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Moussaoui; Abdelkrim/ Khodja, B./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 en français englais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d'une classe d'equation/ elliptiques non coercive/ </w:t>
            </w:r>
          </w:p>
        </w:tc>
      </w:tr>
    </w:tbl>
    <w:p>
      <w:pPr>
        <w:pStyle w:val="Heading3"/>
      </w:pPr>
      <w:r>
        <w:t>Résumé :</w:t>
      </w:r>
    </w:p>
    <w:p>
      <w:r>
        <w:t>Notre travail est connnnnsacré à l'étude des équation aux derivées partielles de type elliptique .on sait depuis longtempss qu'une bonne maniére d'aborder les équations de la forme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