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Theorie d'approximation et  equation d'evolution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Merini; Abdelaziz/ Univrsite badji mokhtar/ Amira, Rachida/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bibliogr._résume en français englais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equation d'evolution/ diffusiondégénres sur (0.1)/ </w:t>
            </w:r>
          </w:p>
        </w:tc>
      </w:tr>
    </w:tbl>
    <w:p>
      <w:pPr>
        <w:pStyle w:val="Heading3"/>
      </w:pPr>
      <w:r>
        <w:t>Résumé :</w:t>
      </w:r>
    </w:p>
    <w:p>
      <w:r>
        <w:t>Atravers ce travail ,on discute quelques problémes à valeurs initale au bord associés à des équations  de diffusion dégérés(0.1)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