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Cycles limites de quelques systèmes diffirentiels polynomiaux en dimension 2,3 et 4par la méthode de la moyenne.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Merzougui; Sana/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Cyel limite/ théorie de la moyenne/ systeme de liénard/ centre linéaire/ centre isochrone./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étudions plusieurs applications de la théorie de lamoyenne du premier et du second ordre pour étudier l.existence et lastabilité de cycles limites de certains systèmes di¤érentiels polynomiauxdans Rn; n = 2; 3 et 4. Nous avons étudié les cas d.un centre linéaire et d.uncentre quadratique. De plus,nousavonsdonné desestimationsdel.amplitude de cycles limites de certains systèmes de Liénard.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