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Conditions contratives de type intégral et points fixes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Merghadi; Fayçel/ Kelaiaia,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type intégral/ point fixe/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thése on va présnter une étude de certains théorémes de points fixes en utilisant des condition comtractives de certaines applicaions considérées sur des structures métriques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