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 aux limites  pour une classe d'equations aux derivees partielles a coefficients operationnels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Labed; Boubakeur/ Rebbani,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&lt;Annaba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aux limite/ coefficients operationnel/ </w:t>
            </w:r>
          </w:p>
        </w:tc>
      </w:tr>
    </w:tbl>
    <w:p>
      <w:pPr>
        <w:pStyle w:val="Heading3"/>
      </w:pPr>
      <w:r>
        <w:t>Résumé :</w:t>
      </w:r>
    </w:p>
    <w:p>
      <w:r>
        <w:t>Cette méthode résulte des idés introduites par petrovsky ,leray , garding dans leurs lravaux resspectifs et de celles developpés danxl'ouvrage de a_a_dezin .elle peut étre carctérisée de la maniére suivante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