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de files d'attente avec rappels. Methode d'approximation pour un système M/G/1 avec rappels et pannes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Djellab; Natalia/ Aissani,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de files d'attente/ Methode d'approximation pour un système M/G/1/ </w:t>
            </w:r>
          </w:p>
        </w:tc>
      </w:tr>
    </w:tbl>
    <w:p>
      <w:pPr>
        <w:pStyle w:val="Heading3"/>
      </w:pPr>
      <w:r>
        <w:t>Résumé :</w:t>
      </w:r>
    </w:p>
    <w:p>
      <w:r>
        <w:t>Nous nous sommes intéressés à l'étude de la propriété de de décomposition stoctochastique du systéme de files d'attente avec rappels de type m/g/i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