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Compression de matrice binaire  approximation et heuristiques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Saaidia; Noureddine/ Haddadi, S./ Universite Badj Mokhtér/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résume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Matrice binair/ approximation absolue ./ </w:t>
            </w:r>
          </w:p>
        </w:tc>
      </w:tr>
    </w:tbl>
    <w:p>
      <w:pPr>
        <w:pStyle w:val="Heading3"/>
      </w:pPr>
      <w:r>
        <w:t>Résumé :</w:t>
      </w:r>
    </w:p>
    <w:p>
      <w:r>
        <w:t>On considére le probléme combinatoire suivant .etant donné une matrice binaire a , chercher une permutation de ses colonnes de maniére à ce que le nombre de bloce de 1 consécutifs soit mimimal.on propse une premiére réduction polynomaile de ce probléme à celui d'une chaime hamiltonienne de poids maximum.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