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numerique de quelques problemes a frontiere libre et methode de decmpositon en sous domaine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Saadi; Samira/ Boulbra, Chene/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Bibligr.-Résume en français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numerique/ methode de decmpositon/ </w:t>
            </w:r>
          </w:p>
        </w:tc>
      </w:tr>
    </w:tbl>
    <w:p>
      <w:pPr>
        <w:pStyle w:val="Heading3"/>
      </w:pPr>
      <w:r>
        <w:t>Résumé :</w:t>
      </w:r>
    </w:p>
    <w:p>
      <w:r>
        <w:t>Lapremiére partie traite l'approximation par décomposition en sous domzine du probléme de l'obstacel , la deuxiéme partie concerne l'approximation d'un systéme  d'inéquation quasi _ variationnelle pour lequel les problémes coercif et noncoercif sont etudies séparément.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