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Non-existence de solutions non triviales pour certaines equations elliptiques et etude de l'opérateur Lpu=divl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Saifia; Warda/ Khodja,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etude de l'opérateur Lpu=div/ certaines equation elliptique/ </w:t>
            </w:r>
          </w:p>
        </w:tc>
      </w:tr>
    </w:tbl>
    <w:p>
      <w:pPr>
        <w:pStyle w:val="Heading3"/>
      </w:pPr>
      <w:r>
        <w:t>Résumé :</w:t>
      </w:r>
    </w:p>
    <w:p>
      <w:r>
        <w:t>Ce mémoireest une synthése de deux orticles ;l'l'un sur l'étude d'un opérateur sous_ellipltiquev pour lequel on montré quelques lnégalites etégalites bien connues de type hardy coreleman et pogozaev l'autre article sur l'abence de solutions non triviales de certaines E.D.P.non linéaires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