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Comportement asymptotique des polynomes orthogonaux sur le segment et application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Belhout; Mohamed/ Benzin, 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_ résumé en français  englais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application/ polynômes orthogonaux/ le segme/ </w:t>
            </w:r>
          </w:p>
        </w:tc>
      </w:tr>
    </w:tbl>
    <w:p>
      <w:pPr>
        <w:pStyle w:val="Heading3"/>
      </w:pPr>
      <w:r>
        <w:t>Résumé :</w:t>
      </w:r>
    </w:p>
    <w:p>
      <w:r>
        <w:t>Ondéfinit dans le chapitre 1 les polynomes lespolynomes orthoqonaux associes à une mésure a et la notion de comportemt asymptotique de ces polynomes .insistera sur  une propriété extrémale que possédent ces polynomes et qui est le point de départ de toutes les technique utilisées pour résoudre le probléme du comportement asymptotique de ces polynomes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