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Applications biaisees, contractions de Meir-Keeler et point fixe commun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Berbiche; Mohamed/ Djouadi,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Bibliogr.f.f.70.77._résume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point fixe commun/ Meir-Keeler/ Applications biaisee/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composé de trois parties il est centré sur l'etude d'existence et d'unicité de point fixe commun pour des applications aynt certaimnes restrictoins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