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algorithmes genetiques et leur application au contrôle du trafic aérien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Arrar; Khadidja Nawel/ Boutabia, H./ </w:t>
            </w:r>
          </w:p>
        </w:tc>
      </w:tr>
      <w:tr>
        <w:trPr>
          <w:trHeight w:val="567"/>
        </w:trPr>
        <w:tc>
          <w:tcPr>
            <w:tcW w:type="dxa" w:w="3000"/>
          </w:tcPr>
          <w:p>
            <w:r>
              <w:t>Nombre de Pages</w:t>
            </w:r>
          </w:p>
        </w:tc>
        <w:tc>
          <w:tcPr>
            <w:tcW w:type="dxa" w:w="7000"/>
          </w:tcPr>
          <w:p>
            <w:r>
              <w:t>136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contrôle du trafic aérien/ </w:t>
            </w:r>
          </w:p>
        </w:tc>
      </w:tr>
    </w:tbl>
    <w:p>
      <w:pPr>
        <w:pStyle w:val="Heading3"/>
      </w:pPr>
      <w:r>
        <w:t>Résumé :</w:t>
      </w:r>
    </w:p>
    <w:p>
      <w:r>
        <w:t>Un algoirithme génétique est un algorithme  stochastique itératif quev opére sur des ensembles de points condes à partir d'une population initiale et qui est bàti àl'aide de trois opérateurrs : croisement , mutation , sélection les deux premiers sout des opérateurs d'exploration de l'espace tandis que le dernier fait  évoleuer la population vers les optima d'un probléme .nous détaillons ici les principes de fonctionnement de ces opérateurs  ainsi  que lesz foudements mathématiques sur lesquels ils reposnt.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