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la moyenne pour la recherche des cycles limites des systèmes différentiels polynomiaux.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Gouadria; Abdelouahab/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 , méthode de la moyenne , système cubique , système linéaire , perturbation ./ </w:t>
            </w:r>
          </w:p>
        </w:tc>
      </w:tr>
    </w:tbl>
    <w:p>
      <w:pPr>
        <w:pStyle w:val="Heading3"/>
      </w:pPr>
      <w:r>
        <w:t>Résumé :</w:t>
      </w:r>
    </w:p>
    <w:p>
      <w:r>
        <w:t>La recherche des cycles limites des systémes différentiels ordinaires perturbés , en utilisant la méthode de la moyenne .plus précisement , on étudie la biffurcation des cycles limites d'un centre linéaire perturdé par des polynomes de degré quatre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