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principe du minmum de pontriaguine et la thèorie de la commande optimale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Boussayoud; Ali/ Sissaoui,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optimale/ equations différentielles ordinaires/ pmp/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l'étude de l'approche indirecte utilisant le principe du minimum de pontriaguine (pmp) pour la résolution analution analtique et numérique de quelques problémes de commande optimale avec /ou sans contrainte gouvernés par des équations differntielles ordinaires (non) linéaires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