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excursions stochastiques markoviennes par rapport au reste de la trajectoire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Boutabia; Hacène/ Yahiouche, Y./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excursions stochastique/ markovienne/ la trajectoire/ </w:t>
            </w:r>
          </w:p>
        </w:tc>
      </w:tr>
    </w:tbl>
    <w:p>
      <w:pPr>
        <w:pStyle w:val="Heading3"/>
      </w:pPr>
      <w:r>
        <w:t>Résumé :</w:t>
      </w:r>
    </w:p>
    <w:p>
      <w:r>
        <w:t>c'est sur les  conditionnelles des excrsions des processus de marrkov qu'a porté essentiellement le travait que nous préesentons dans ce memoire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