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l'étude descriptive d'une fonction aléatoire qualitative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Boumaza; Rachid/ Université Paul Sabatier/ Caussinus, H./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TH.</w:t>
            </w:r>
          </w:p>
        </w:tc>
      </w:tr>
      <w:tr>
        <w:trPr>
          <w:trHeight w:val="567"/>
        </w:trPr>
        <w:tc>
          <w:tcPr>
            <w:tcW w:type="dxa" w:w="3000"/>
          </w:tcPr>
          <w:p>
            <w:r>
              <w:t>Etablissement</w:t>
            </w:r>
          </w:p>
        </w:tc>
        <w:tc>
          <w:tcPr>
            <w:tcW w:type="dxa" w:w="7000"/>
          </w:tcPr>
          <w:p>
            <w:r>
              <w:t>Toulouse</w:t>
            </w:r>
          </w:p>
        </w:tc>
      </w:tr>
      <w:tr>
        <w:trPr>
          <w:trHeight w:val="567"/>
        </w:trPr>
        <w:tc>
          <w:tcPr>
            <w:tcW w:type="dxa" w:w="3000"/>
          </w:tcPr>
          <w:p>
            <w:r>
              <w:t>Année de Soutenance</w:t>
            </w:r>
          </w:p>
        </w:tc>
        <w:tc>
          <w:tcPr>
            <w:tcW w:type="dxa" w:w="7000"/>
          </w:tcPr>
          <w:p>
            <w:r>
              <w:t>1980</w:t>
            </w:r>
          </w:p>
        </w:tc>
      </w:tr>
      <w:tr>
        <w:trPr>
          <w:trHeight w:val="567"/>
        </w:trPr>
        <w:tc>
          <w:tcPr>
            <w:tcW w:type="dxa" w:w="3000"/>
          </w:tcPr>
          <w:p>
            <w:r>
              <w:t>Sujet(s)</w:t>
            </w:r>
          </w:p>
        </w:tc>
        <w:tc>
          <w:tcPr>
            <w:tcW w:type="dxa" w:w="7000"/>
          </w:tcPr>
          <w:p>
            <w:r>
              <w:t xml:space="preserve">fonction aléatoire/ qualitativ/ </w:t>
            </w:r>
          </w:p>
        </w:tc>
      </w:tr>
    </w:tbl>
    <w:p>
      <w:pPr>
        <w:pStyle w:val="Heading3"/>
      </w:pPr>
      <w:r>
        <w:t>Résumé :</w:t>
      </w:r>
    </w:p>
    <w:p>
      <w:r>
        <w:t>On esttrés souvent confronte à des données correspondant ouxobsserevations d'une variable en fonction d'un paramétre :phénoméne chronolongique (le paramétre est alors le temps), spatial (le paramétre est un point d'une région )...lorssque ce paramétre prend un nombre finh d'états autres ont traité de l'etude descriptive de ce type de donnéees melangeant parfois des dooneés de type guantitif et quaitatif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