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h.giacomini pour la recherche des cycles limites des systèmes planaires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Souraya/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cycles limites - bifurcation de Hopf - la fonction de Lyapunov - les constantes de Poincaré-Lyapunov - la méthode de H. Giacomini/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mémoire, nous présentons deux méthodes d'étude de l'espace des phases. la première consiste àdonner les constantes de poincaré -lyapunov et la fonction de lyapunov, à l'aide d'un algorithme qui s'applique au cas d'une bifurcation de hopf pour les système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