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d'un nouveau système de sortie sous des hypothèses de dualité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Bouchahed; Lahsen/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Bibiogr.- Résumé en arabe français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markov/ système de sortie sous/ hypothèses de dualité/ </w:t>
            </w:r>
          </w:p>
        </w:tc>
      </w:tr>
    </w:tbl>
    <w:p>
      <w:pPr>
        <w:pStyle w:val="Heading3"/>
      </w:pPr>
      <w:r>
        <w:t>Résumé :</w:t>
      </w:r>
    </w:p>
    <w:p>
      <w:r>
        <w:t>on construit un nouveau systéme de sortie pour les excurtions lieés à un sous ensemble fermé de l'espace d'état, pour des processaus de markov vérifiant des hypothésses de duailité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