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methode des formes normales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Boudjema; Souhila/ Universite badji okhtar/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arabe 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 formes normale/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 nous nous sommes intéssés à la methode des formes normales .cette méthode consists à simplifier les systémes 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