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Résultats de non-existence de solutions de certaines équations elliptiques semi linéaires dans des domaines non bornés de IR.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Akrout; Kamel/ Khodja,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type el-liptiques ou hyperboliques/ bornés ou non de Rn/ </w:t>
            </w:r>
          </w:p>
        </w:tc>
      </w:tr>
    </w:tbl>
    <w:p>
      <w:pPr>
        <w:pStyle w:val="Heading3"/>
      </w:pPr>
      <w:r>
        <w:t>Résumé :</w:t>
      </w:r>
    </w:p>
    <w:p>
      <w:r>
        <w:t>On présente dans ce manuscrit de doctorat de mathématiques, des résultats de non-existence de solutions pour des équations et des systèmes aux dérivées partielles de type el-liptiques ou hyperboliques, dans des domaines bornés ou non de Rn, avec des conditions deDirichlet, de Neumann ou Robin nulles sur le bord.Ces résultats sont obtenus grâce à des identités intégrales de type Pohozaev, le principe dumaximum et quelques outils d.analyse fonctionnelle.i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