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numérique de quelques problèmes à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Jihane/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à frontière libre/ résolution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Lechapitre 1 est consacré principalement à l'introdouction de quelques définitions et théorémes de base .le chapitre 2 expose la résolution numérique d'un probléme d'équilibre avec obstacle par la methode itérative s.o.r.le chabiter 3 décrit une porocédunre d'accélération de convergence de la méthode des approximations successives pour la résolution d'un systémé d'inéquation varitionnelle le chapitre 4 porte sur la construction et la résolution de deux schémmas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