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multigrille et problème d'infiltration dans les milieux poreux.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Benzahi; Mourad/ Haiour,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multigrille/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est une synthèse sur les méthodes multigrilles pour les équations aux dérivpartielles et les inéquations variationnelles. Ainsi que leur convergence uniforme avec uapplication a un problème d.in.ltration dans les milieux poreux.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