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Methodes analytiques de resolution des equations Devolutions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Benhadri; Mimia/ Benchettah, Azzedine/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esolution/ Devolution stochastique/ </w:t>
            </w:r>
          </w:p>
        </w:tc>
      </w:tr>
    </w:tbl>
    <w:p>
      <w:pPr>
        <w:pStyle w:val="Heading3"/>
      </w:pPr>
      <w:r>
        <w:t>Résumé :</w:t>
      </w:r>
    </w:p>
    <w:p>
      <w:r>
        <w:t>la résolution explicite des équations d'évoulutions stochastiques n'est pas évidente des méthodes annalytiques et numméiques sont utilisees pour approximer les solutions exactes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