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et écologie des cicindelidae carabidae brachinidae ordre coleoptera du parc national d'El-Kala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Ouchtati; Nadia/ Univérsite De Annaba/ SAMRAOUI,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Cicindelidae/ Carabidae et Brachinidae/ Parc National d'El-Kala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eu pour objectif d'inventorier les Cicindelidae, Carabidae et Brachinidae du Parc National d'El-Kala. 75 espèces ont été collectées et leur phénologie, repartition et statut ont été présentés et discutés. Finalement, nous avons analysé nos données à l'aide de techniques d'ordination (TWINSPAN, DECORANA).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