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systeme hemoparasites- lezards dans le parc national d'el 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Zaime, Sihem/ Bouslama, Z./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Hémoparasite-lézard/ lézard/ lacerta pater/ podarcis hispanica vaucheri/ psammodromus algirus/ acanthodactylus erythrurus belli/ plasmodium/ microfilaires/ hepatozoon/ rickettsia haemoproteus/ trypanonosoma/ fallisia/ karyolysus/ hemolivia/ plasmodium vaughani/ pla/ </w:t>
            </w:r>
          </w:p>
        </w:tc>
      </w:tr>
    </w:tbl>
    <w:p>
      <w:pPr>
        <w:pStyle w:val="Heading3"/>
      </w:pPr>
      <w:r>
        <w:t>Résumé :</w:t>
      </w:r>
    </w:p>
    <w:p>
      <w:r>
        <w:t xml:space="preserve">otre étude s'est axée sur l'évaluation de la prévalence et de l‘intensité des hémoparasites chez les lézards appartenant à quatre espèces (Lacerta  pater,Podarcis hispanica vaucheri, Psammodromus algirus et Acanthodactylus erythrurus belli), et collectés sur 3 sites répartis dans différents milieux d'El Kala : Brabtia, Boumalek et El Ghorra.Ces espèces des lézards se sont révélées porteurs d'au moins un hémoparasite avec par ordre de fréquence Plasmodium (60%),  les Microfilaires  (43,33%). Hepatozoon (20%) Rickettsia (16,66%). Haemoproteus et Trypanosoma réunissent chacune (6,66%), Fallisia, Karyolysus et Hemolivia avec une valeur de (3.33%).Ces différents genres se répartissent en 23 espèces de la façon suivante :Plasmodium vaughani, Plasmodium  lepidaptiformis, Plasmodium gologoloense, Plasmodium tomodoni, </w:t>
        <w:br/>
        <w:br/>
        <w:t>Plasmodium matutinum, Plasmodium marginatum ,Plasmodium leucocytico sp, Plasmodium giovannolai, Haemoproteus  fallissi, Fallisia dominicensis, Fallisia thecadactyli, Rickettsis sp, Plasmodium scelopori, Plasmodium cordyli, Haemoproteus balli, Karyolysus sp, Fallisia simplex,Plasmodium falciparum. Hemolivia mariae, Free gamont of Hepatozoon,Trypanosome thecadactyli, Trypanosome poinsetti et les Microfilaires. Pour analyser ces observations, nous avons envisagé  l'interaction  de deux variables :environnementale (site de capture) et propres à  l'espèce de lézard (capacité de défense immunitaire).Il est évident que certains parasites infectent préférentiellement certaines espèces. Psammodromus algirus présentent des  prévalences et d‘intensités d'hemoparasites significativement plus élevées, En revanche,  Acanthodactylus erythrurus  belli sont moins porteurs de parasites, ainsi que, le site d'El Ghorra compte l'habitat le plus riche en espèces d'hémoparasites. Les dénombrements de cellules du système immunitaire qui servent ainsi d‘indicateurs de la réponse immunitaire montrent la prédominance des lymphocytes (52%) viendront par la suite les basophiles (23%), les éosinophiles (18%), les azurophiles (3%), les hétérophiles (2%), les neutrophiles, les monocytes et les amas de thrombocytes qui réunissent chacune (1%).Ces  résultats  indiquent une relation entre un  niveau élevé de lymphocytes et l‘infection, par Plasmodium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