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bioecologique, systematque et biochimique des culicidae ( diptera- nematocera) de la region d'annaba. lutte biologique anticulicidienne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Bendali -Saoudi; Fatiha/ Soltani, N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poissons/ écologie/ biochimie/ culicidae/ systématique/ morphométrie/ hydracariens/ lutte biologique ./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