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trophique et comportementale de la cigogne blanche ciconia ciconia ciconia nichant dans le nord-est algérien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Saker; Hana/ Khebbeb, El-hedi/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cigogne blanche/ l'écologie trophique/ pelotes de rejection/ rythme d'activité ./ </w:t>
            </w:r>
          </w:p>
        </w:tc>
      </w:tr>
    </w:tbl>
    <w:p>
      <w:pPr>
        <w:pStyle w:val="Heading3"/>
      </w:pPr>
      <w:r>
        <w:t>Résumé :</w:t>
      </w:r>
    </w:p>
    <w:p>
      <w:r>
        <w:t>Ecologie trophique et comportementale de la cigogne blanche ciconia ciconia  ciconia  nichant dans le nord-est algérien l'étude de l'écologie trophique est effectuée dans deux stations (drean et cheurfa ),compte tenu de l'accessibilité des nids de cigognes y établis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