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Zinc toxicity in two species of protozoa tetrahymena pyriformis and sprostomum ambiguum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Boubrima; Youcef/ Université de Reading/ Phil, Thesis/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Reading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 toxicity/ protozoa tetrahymena pyriformis/ sprostomum ambiguum ./ </w:t>
            </w:r>
          </w:p>
        </w:tc>
      </w:tr>
    </w:tbl>
    <w:p>
      <w:pPr>
        <w:pStyle w:val="Heading3"/>
      </w:pPr>
      <w:r>
        <w:t>Résumé :</w:t>
      </w:r>
    </w:p>
    <w:p>
      <w:r>
        <w:t>two ciliates species, tetrahymena pyriformis and spirostomum ambiguum, were used as a test ma terial for zinc toxicity.the work described in this thesis had three main objectives.the first was to elucidate the interactions which occur between zinc and the extracellular medium.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