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de la stabilité des pentes par les méthodes analytique et de prédimensionnement cas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Nettour; Djamel/ Seriani, A./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massif rocheux ./ quartier zerga/ la mine de l'ouenza/ la qualité du massif/ </w:t>
            </w:r>
          </w:p>
        </w:tc>
      </w:tr>
    </w:tbl>
    <w:p>
      <w:pPr>
        <w:pStyle w:val="Heading3"/>
      </w:pPr>
      <w:r>
        <w:t>Résumé :</w:t>
      </w:r>
    </w:p>
    <w:p>
      <w:r>
        <w:t>Le travail décrit dens ce mémoire concerne l'étude de la stabilité des pentes et en particulier le quartier zerga de la mine de l'ouenza . l'estimation de la qualité du massif par la méthode de prédimensionnement repose sur l'étude et la comparaison de quatre systèmes de classification du massif rocheux, c'est un moyen géotechnique simple qui 'utilise des observations simples et très faciles se réalisant par des moyens modestes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