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stochastique de l'extraction minière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Mahtali; Houda/ Serradj, Tayeb/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mine de l'ouenza/ excavateur camion/ aléatoires de l'exploitation ./ </w:t>
            </w:r>
          </w:p>
        </w:tc>
      </w:tr>
    </w:tbl>
    <w:p>
      <w:pPr>
        <w:pStyle w:val="Heading3"/>
      </w:pPr>
      <w:r>
        <w:t>Résumé :</w:t>
      </w:r>
    </w:p>
    <w:p>
      <w:r>
        <w:t>Notre recherche à pour but d'analyser le travail du couple excavateur camion dans le quartier chagoura sud de le mine de l'ouenza. elle consiste à définir et vérifier les processus aléatoires de l'exploitation .l'ensemble de nos efforts s'articule autour de la recherche des méthodes de résolution du probléme d'une manière simple et pratique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