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contrôle et du réglage automatique du transport hydraulique de la pulpe dans les usines d'enrichissement d'Algerie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Herous; L./ Konchine,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l'élaboration du systéme/ réglage automatique/ systéme de stabilisation ./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cette thése, on a donné une résolution d'un promléme scientifique et pratique d'actualité: l'élaboration du systéme de controle et de réglage automatique du transport hydraulique de la pulpe dans les usines d'enrichissement d'algerie .cette résolution consiste à créer le systéme de stabilisation de la concentration du mélange lors du transport hydraulique à la sordu puisard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