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établissement du régime de forage à molette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Kabouche; Abdellah/ Kozlov,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régime de forage/ molettes/ pétrole ./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exécuté pottant le titre "etude et établissement du régime de forage à molettes " permet de faire une synthèse sur les résultats obtenus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