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et aide à la decision multicritéres de la determination d'une granulometrie optinale dans la carrier de Hjar-essoud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Saadaoui; Salah/ Kherici, Nacer/ </w:t>
            </w:r>
          </w:p>
        </w:tc>
      </w:tr>
      <w:tr>
        <w:trPr>
          <w:trHeight w:val="567"/>
        </w:trPr>
        <w:tc>
          <w:tcPr>
            <w:tcW w:type="dxa" w:w="3000"/>
          </w:tcPr>
          <w:p>
            <w:r>
              <w:t>Nombre de Pages</w:t>
            </w:r>
          </w:p>
        </w:tc>
        <w:tc>
          <w:tcPr>
            <w:tcW w:type="dxa" w:w="7000"/>
          </w:tcPr>
          <w:p>
            <w:r>
              <w:t>166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3Ocm.</w:t>
            </w:r>
          </w:p>
        </w:tc>
      </w:tr>
      <w:tr>
        <w:trPr>
          <w:trHeight w:val="567"/>
        </w:trPr>
        <w:tc>
          <w:tcPr>
            <w:tcW w:type="dxa" w:w="3000"/>
          </w:tcPr>
          <w:p>
            <w:r>
              <w:t>Notes Générales</w:t>
            </w:r>
          </w:p>
        </w:tc>
        <w:tc>
          <w:tcPr>
            <w:tcW w:type="dxa" w:w="7000"/>
          </w:tcPr>
          <w:p>
            <w:r>
              <w:t xml:space="preserve">Bibliogr.- Résumé en français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tir à l'explosif/ abattage/ schéma de tir/ massif rocheux ./ </w:t>
            </w:r>
          </w:p>
        </w:tc>
      </w:tr>
    </w:tbl>
    <w:p>
      <w:pPr>
        <w:pStyle w:val="Heading3"/>
      </w:pPr>
      <w:r>
        <w:t>Résumé :</w:t>
      </w:r>
    </w:p>
    <w:p>
      <w:r>
        <w:t>Le tir à l'explosif dans les mines joue un rôle important dans l'optimisation de l'exploitation du point de vue technique et économique. cette discipline, qui utilise directement les connaissances dans les quelles la roche se casse, à pour objectif essentiel de définir et/ou dimensionner un dispositif d'abattage en vue de performances à atteindre, ou à l'inverse, de préciser et prévoir les performances d'un dispositif travaillant dans des conditions fixées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