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Recyclage des eaux et récupération des schlamms phosphates issus des procedes de classification gravimétrique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Ferrag Dit Alleg; Samir/ Hafsaoui, A./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eaux/ recyclage/ schlamms phosphates/ gravimétrique ./ </w:t>
            </w:r>
          </w:p>
        </w:tc>
      </w:tr>
    </w:tbl>
    <w:p>
      <w:pPr>
        <w:pStyle w:val="Heading3"/>
      </w:pPr>
      <w:r>
        <w:t>Résumé :</w:t>
      </w:r>
    </w:p>
    <w:p>
      <w:r>
        <w:t xml:space="preserve">Le minerai de phosphate représente un potentiel  important dans l'économie mondiale. L'Algérie est  l'un des pays  producteurs de cette matière première gérée par l'entreprise Somiphos filiale de Ferphos groupe, ele s'occupe  de l'exploitation et du traitement des phosphates. Le plan de développement de l'entreprise repose essentiellement sur l'augmentation de la capacité de production en brut et en traité tout en respectant les gammes commercialisées à        l'échelle mondiale. Le complexe minier de Djebel-Onk est alimenté par le gisement de kef Essennoun, </w:t>
        <w:br/>
        <w:br/>
        <w:t xml:space="preserve">considéré parmi  les plus importants créneaux de développement de phosphate, et dans un souci  de rationnaliser  l'exploitation et le traitement du minerai pour une meilleure prise en charge des consommateurs (prise en charge des  exigences client en terme de quantité et qualité). Dans le présent travail, l'objectif recherché est d'étudier la possibilité  d'augmenter le rendement des installations par la récupération des rejets phosphatés (schlamms) c'est </w:t>
        <w:br/>
        <w:br/>
        <w:t xml:space="preserve">d'une part et d'autre part de recycler l'eau issue de la voie humide (traitement humide).Cette solution permettra             d'augmenter la capacité de production et de diversifier la qualité du produit et réduire l'impact de ces rejets sur         l'environnement au moyen de recyclage des eaux.L'analyse du circuit d'eau au niveau du complexe par le calcul à chaque fois du rapport liquide solide a montre que le complexe de Djebel onk perd beaucoup de quantité </w:t>
        <w:br/>
        <w:br/>
        <w:t xml:space="preserve">d'eau dans la nature alors qu'on pourra la récupérer par une simple décantation dans un endroit approprié et qui peut atteindre les 40% de la quantité évacuée avec les boues de débourbage tan disque pour l'eau véhiculant les fines  dépoussiérage la récupération peut dépasser nettement les 40%, du fait que le rapport liquide solide est nettement supérieur.Toute cette eau peut être récupérée et réinjectée dans le circuit au niveau de l'usine de </w:t>
        <w:br/>
        <w:br/>
        <w:t>traitement si une technologie adéquate est utilisée surtout au niveau de l'atelier de dépoussiérage ainsi que              l'endroit de stockage des fines ce qui offre au complexe la possibilité de réduire ses couts de traitement et d'augmenter    sa marge bénéficiaire.Pour attendre l'objectif recherché on propose de réaliser des essais de décantation pour la  récupération des eaux claires et en suite procédés a des essais de séparation des fines de dépoussiérage par moyen de jig (bac excentrique a pistonnage ). Les essais ont été réalisés au niveau du laboratoire d'enrichissement des minerais du département des mines de l'université d'Annaba. Les résultats obtenus sont encourageants.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