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technologie du forage d'un puits de pétrole avec une  attention paticulière au forage horizontal.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Boutrid; Abdelaziz/ Seriani, 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pétrole/ l'industrie pétrolière/ étude bibliographique sur la technologie de forage ./ </w:t>
            </w:r>
          </w:p>
        </w:tc>
      </w:tr>
    </w:tbl>
    <w:p>
      <w:pPr>
        <w:pStyle w:val="Heading3"/>
      </w:pPr>
      <w:r>
        <w:t>Résumé :</w:t>
      </w:r>
    </w:p>
    <w:p>
      <w:r>
        <w:t xml:space="preserve">Le développement et l'application de la technologie de forage horizontal ont connus un grand essor durant ce tte dernière décennie dans l'industrie pétrolière, eurs perspectives développement bouillo nnent les cerveaux de s scientifiques. </w:t>
        <w:br/>
        <w:br/>
        <w:t xml:space="preserve">Dans le but de réduire les coûts lié s aux problèmes de la stabilité des parois du puits et éventuellement les chutes de production une étude géomécanique est nécessaire. Ce travail présente diverses parties :Une étude bibliographique sur la technologie de forage vertical et horizontal.La détermination du tracé du drain horizontal. La détermination des propriétés phys iques et mécaniques de la roche réservoir. Une étude numérique de la stabilité de drain horizontal par le code </w:t>
        <w:br/>
        <w:br/>
        <w:t>PLAXIS. Le modèle numérique PLAXIS a donné de résultats satisfaisantes et nécessaires concernant la distribution des contraintes totales et de cisaillements ce qui a permis à aider à la prise de décision sur le type de complétion adéquat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