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du couplage gonflement-consolidation des argiles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Mendjel; Djenatte/ Hamami,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bibliogr.f.f.81-82. - Résumé :arabe,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diffusion/ modélisation ./ couplage/ argile/ ecoulement/ consolidation/ Gonflement/ Darcy/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Ce travail décrit le phénomène de consolidation et son déroulement dans le temps avec ses extensions traités par plusieurs chercheurs. Le phénomène de gonflement , son origine et son déroulement dans le temps sont décrits aussi. La description de ces phénomènes a permis de fournir les bases pour une justification phénoménologique pour de nombreux résultats  expérimentaux et aussi  les bases de réflexions pour de nouveaux recherches .  Ce travail décrit deux phénomènes antagonistes : la consolidation et le gonflement et leurs déroulement dans le temps dans un même sol .  </w:t>
        <w:br/>
        <w:br/>
        <w:t>D'autre part, ces deux phénomènes sont gérés par les conditions d'écoulement de l'eau à l'intérieur du sol . Un sol saturé soumis au drainage représente la consolidation, le gonflement trouve son explication dans les argiles non-saturées soumises à l'humidification. Une formulation, décrivant le couplage de ces deux phénomènes, a été proposée. Cette formulation, numériquement utilisable permet de modéliser le passage de l'humidification à la consolidation des argiles .</w:t>
        <w:br/>
        <w:br/>
        <w:t>Elle met en évidence les paramètres physiques et mécaniques responsable au gonflement et à la consolidation des argiles 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