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 l'effet antediabétique d'une plante médicale algerienne ((juniperus phoenicea)).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Laouar,Amel/ Henchiri, C/ Université Badji Mokhtar/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Juniperus phoenicea/ extrait aqueux/ alloxane/ plantes médicinales/ phytothérapie./ </w:t>
            </w:r>
          </w:p>
        </w:tc>
      </w:tr>
    </w:tbl>
    <w:p>
      <w:pPr>
        <w:pStyle w:val="Heading3"/>
      </w:pPr>
      <w:r>
        <w:t>Résumé :</w:t>
      </w:r>
    </w:p>
    <w:p>
      <w:r>
        <w:t>L'objectif de cette etude est d'évaluer l'activité hypoglycémiante et antidiabétique de l'extrait aqueux des baies de Juniperus phoenicea (Cupressaceae) qui est une des plantes utilisée en médicine traditionnelle algérienne comme remède pour le traitement du diabète.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