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de quantification d'un surnageant a activite interleukine 2(IL) chez la souris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Bensebaa; Faycal/ ParisXI/ PILET, CH./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France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cellule/ numération des lymphocytes/ l'interleukine/ la souris/ immunostimulant ./ </w:t>
            </w:r>
          </w:p>
        </w:tc>
      </w:tr>
    </w:tbl>
    <w:p>
      <w:pPr>
        <w:pStyle w:val="Heading3"/>
      </w:pPr>
      <w:r>
        <w:t>Résumé :</w:t>
      </w:r>
    </w:p>
    <w:p>
      <w:r>
        <w:t>Le dosage d'un surnageant à activité IL2 est une technique qui s'ajoute à celle déjà utilisées au laboratoire de microbiologie ; elle  renforce l'étude des immunostimulants et leurs points d'impact possible.pour cela , et dans le but d'avoir des résultats significatifs , elle nécessite : - une plus grande maitrise en ce qui concerne l'entretien des cellules ( ctll2) il2 dépendantes à la base du dosage ; -des modifications de notre protocole expérimental permettant d'agir sur les étapes de la production d'il2 , et de mieux controler la production.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