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du système de traitement numérique d'image A. R. T. I. S. 84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Smara, Youcef/ Université Houari Boumédienne/ Sansal,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N.P.F.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Bibliogr.p.1-6.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implantation/ microprocesaeur/ traitement et visualisation d'images./ </w:t>
            </w:r>
          </w:p>
        </w:tc>
      </w:tr>
    </w:tbl>
    <w:p>
      <w:pPr>
        <w:pStyle w:val="Heading3"/>
      </w:pPr>
      <w:r>
        <w:t>Résumé :</w:t>
      </w:r>
    </w:p>
    <w:p>
      <w:r>
        <w:t>Le systame A.R.T.I.S 84 tel qu'il a été conçu et réalisé offre actuellement aux chercheurs du laboratoire un ensemble matériel et logiciel qui permet l'acquisition, le traitement et la visualisation d'images numérisées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