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Modeling of a multilimk structure with non linear joints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Mesbah; Mostefa/ Université de Colorado/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Bibliogr.p.1-3.</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Colorado</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system/ Multilimk structure/ non linear/ macroscopic physical phenome/ analysis of the eigenvalues ./ </w:t>
            </w:r>
          </w:p>
        </w:tc>
      </w:tr>
    </w:tbl>
    <w:p>
      <w:pPr>
        <w:pStyle w:val="Heading3"/>
      </w:pPr>
      <w:r>
        <w:t>Résumé :</w:t>
      </w:r>
    </w:p>
    <w:p>
      <w:r>
        <w:t>A general mathematical model of a structure consisting of (N -1) links connected in series by joints that exhibit nonlinearities is obtained. Thejoint model is derived based on the microscopic and macroscopic physical phenome na that are epresented by the stiffness and the damping. This modelconsists of three basic nonlinear units which are spring, viscous, and friction elements. The joint model is then introduced into the global structure model obtained by using Lagrange formalism. Simulation of the structure responses to some specific forces are performed to assess the influence of the joints on the structure behavior and to get an idea of how weIl the linearized system approximates the nonlinear one. Some appropriate model reduction techniques are used to represent a high-order system by some lower-order ones and the behavior of both the reduced and the original models are compared by simulating their responses to an applied force. Finally, an analysis of the eigenvalues of the linearized model is done and some important results are obtained.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