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Focusing of images using spatial operators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Mameri; M.Moloud/ Université de Windsor/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Bibliogr.p.p.111-117.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Windsor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Algorithm/ Digital filtre/ similar image/ camera blurred./ </w:t>
            </w:r>
          </w:p>
        </w:tc>
      </w:tr>
    </w:tbl>
    <w:p>
      <w:pPr>
        <w:pStyle w:val="Heading3"/>
      </w:pPr>
      <w:r>
        <w:t>Résumé :</w:t>
      </w:r>
    </w:p>
    <w:p>
      <w:r>
        <w:t>A spatial domain procedure ror restoring images blurred either by computer simulation (simulated blur)1 or by an image forming system (out-of-rocus blur)1 by recursive (112) digital filters is presented. utilizing 2-D recursive (IIR) digital filters is pressented. Several cases are considered. For the first case, two similar images are provided. 2-D IIR filter transfer functions are derived by the minimization of the total squared error least-squares)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