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d'un convertisseur continu-continu destiné à un véhicule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Juan Manuel/ Université de Toulouse/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Bibliogr.p.p.84-87.</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dynamique/ signal/ numérique/ convertisseur/ un véhicule hybride/ microcircuit/ linéaire./ </w:t>
            </w:r>
          </w:p>
        </w:tc>
      </w:tr>
    </w:tbl>
    <w:p>
      <w:pPr>
        <w:pStyle w:val="Heading3"/>
      </w:pPr>
      <w:r>
        <w:t>Résumé :</w:t>
      </w:r>
    </w:p>
    <w:p>
      <w:r>
        <w:t>Nous venons ainsi de proposer une nouvelle approche de la commande des convertisseurs de puissance par une boucle non linéaire intêgrant un circuit numérique. Bien que l'application particulière qui nous a servi de support soit la commande en couple de la machine électrique d'un véhicule hybride, nous pensons que cette technique sera appelêe à de nombreux développements ultérieurs.En effet.sur la base d'un modèle discret du fonctionnement dynamique du convertisseur à fort signal. nous développons une boucle de commande numérique stabilisante qui dêtermine. en fonction des variables d'état du système. la valeur correctrice du temps de fermeture et. complémentairement, d.ouverture des interrupteurs de uissance sur chaque période. La commande rê~lisêe permet le fonctionnement des convertisseurs à haute fréquence de découpage (50 kHz et plus) grâce à l'emploi d'une mémoire à accès rapide où est enregistré l'ensemble des valeurs du temps de fermeture des interrupteurs à des adresses êlaborées à partir des variables d'état lentement variables du convertisseur, mesurées en permanence. D'autre part. les études menées dans le groupe Systèmes Non Linéaires montrent que la commande à fort signal conduit à des systèmes de commande de plus en plus complexes. Leur réalisation par voie analogique comme elle a été exposée en [7] n'est alors plus possible, les erreurs introduites par les opérateurs non linêaires utilisés ( du type multiplieur) faisant perdre rapidement l'avantage d'une telle commande. Au contraire. dans la méthode que nous avons utilisée la complexité du système de commande rêalisé reste inchangêe quel que soit l'algorithme de commande, puisque les calculs sont effetués hors ligne. Il sera donc possible de réaliser de cette façon des sservissements de plus en plus sophisliquês,nécessitês par le fonctionnement à fort signal de convertisseurs performants, du type classique ou des structures plus élaborées, entre autres les systèmes résonnants.Un autre problème lié à la sureté de fonctionnement à fort signal est la protection des interrupteurs de puissance. La configuration de notre convertisseur, en demi-pont et la valeur de fréquence de découpage entraînent des problèmes de sureté que nous abordons dans la deuxième partie du mémoire.En effet, dans le cadre du fonctionnement à régime permanent ou statique, les conditions de commutation sont bien définies (tension et intensité) et les circuits d'aide à la commutation permettent une bonne protection des interrupteurs. Il n'en est plus de même en fonctionnement dynamique et surtout à fort signal où les transitoires et les differents points de fonctionnement atteints conduisent à des contraintes qui ne peuvent pas toujours être prises en compte par ces circuits. Ceci nous a ammené à proposer une méthode de protection active qui permet d'améliorer la sure té de fonctionnement du dispositif. Le montage expérimental que nous avons réalisé a demontré la faisabilité de la commande numérique ainsi que de la protection active. Les résultats que nous avons obtenus montrent l'intérêt qu'il y a à poursuivre l'investigation dans ces deux domaines. En effet, bien que ce point n'ait pas été abordé dans notre travail il faut noter que les circuits de commande numérique, aussi bien que ceux de protection active peuvent être intégrés. Il sera ainsi possible de concevoir un convertisseur performant à partir d'un "interrupteur intelligent" associant l'interrupteur de puissance à sa protection, et d'un microcircuit de commande numérique réalisé en fonction de chaque application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